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5B4B8A"/>
          <w:sz w:val="40"/>
        </w:rPr>
        <w:t>Incident Report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  <w:i w:val="0"/>
              </w:rPr>
              <w:t>Date of incident</w:t>
            </w:r>
          </w:p>
        </w:tc>
        <w:tc>
          <w:tcPr>
            <w:tcW w:type="dxa" w:w="2628"/>
            <w:tcBorders>
              <w:bottom w:val="single" w:sz="6" w:color="9AA7AC"/>
            </w:tcBorders>
          </w:tcPr>
          <w:p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2628"/>
          </w:tcPr>
          <w:p>
            <w:r>
              <w:rPr>
                <w:b/>
                <w:i w:val="0"/>
              </w:rPr>
              <w:t>Time</w:t>
            </w:r>
          </w:p>
        </w:tc>
        <w:tc>
          <w:tcPr>
            <w:tcW w:type="dxa" w:w="2628"/>
            <w:tcBorders>
              <w:bottom w:val="single" w:sz="6" w:color="9AA7AC"/>
            </w:tcBorders>
          </w:tcPr>
          <w:p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2628"/>
          </w:tcPr>
          <w:p>
            <w:r>
              <w:rPr>
                <w:b/>
                <w:i w:val="0"/>
              </w:rPr>
              <w:t>Location</w:t>
            </w:r>
          </w:p>
        </w:tc>
        <w:tc>
          <w:tcPr>
            <w:tcW w:type="dxa" w:w="2628"/>
            <w:tcBorders>
              <w:bottom w:val="single" w:sz="6" w:color="9AA7AC"/>
            </w:tcBorders>
          </w:tcPr>
          <w:p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2628"/>
          </w:tcPr>
          <w:p>
            <w:r>
              <w:rPr>
                <w:b/>
                <w:i w:val="0"/>
              </w:rPr>
              <w:t>Reported by</w:t>
            </w:r>
          </w:p>
        </w:tc>
        <w:tc>
          <w:tcPr>
            <w:tcW w:type="dxa" w:w="2628"/>
            <w:tcBorders>
              <w:bottom w:val="single" w:sz="6" w:color="9AA7AC"/>
            </w:tcBorders>
          </w:tcPr>
          <w:p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2628"/>
          </w:tcPr>
          <w:p>
            <w:r>
              <w:rPr>
                <w:b/>
                <w:i w:val="0"/>
              </w:rPr>
              <w:t>Date reported</w:t>
            </w:r>
          </w:p>
        </w:tc>
        <w:tc>
          <w:tcPr>
            <w:tcW w:type="dxa" w:w="2628"/>
            <w:tcBorders>
              <w:bottom w:val="single" w:sz="6" w:color="9AA7AC"/>
            </w:tcBorders>
          </w:tcPr>
          <w:p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2628"/>
          </w:tcPr>
          <w:p>
            <w:r>
              <w:rPr>
                <w:b/>
                <w:i w:val="0"/>
              </w:rPr>
              <w:t>Report no.</w:t>
            </w:r>
          </w:p>
        </w:tc>
        <w:tc>
          <w:tcPr>
            <w:tcW w:type="dxa" w:w="2628"/>
            <w:tcBorders>
              <w:bottom w:val="single" w:sz="6" w:color="9AA7AC"/>
            </w:tcBorders>
          </w:tcPr>
          <w:p>
            <w:r>
              <w:rPr>
                <w:b w:val="0"/>
                <w:i w:val="0"/>
              </w:rPr>
              <w:t xml:space="preserve"> </w:t>
            </w:r>
          </w:p>
        </w:tc>
      </w:tr>
    </w:tbl>
    <w:p/>
    <w:p>
      <w:r>
        <w:rPr>
          <w:b/>
          <w:i w:val="0"/>
          <w:sz w:val="26"/>
        </w:rPr>
        <w:t>Type of incident</w:t>
      </w:r>
    </w:p>
    <w:p>
      <w:r>
        <w:rPr>
          <w:b w:val="0"/>
          <w:i w:val="0"/>
        </w:rPr>
        <w:t>☐  Injury</w:t>
      </w:r>
    </w:p>
    <w:p>
      <w:r>
        <w:rPr>
          <w:b w:val="0"/>
          <w:i w:val="0"/>
        </w:rPr>
        <w:t>☐  Ill health</w:t>
      </w:r>
    </w:p>
    <w:p>
      <w:r>
        <w:rPr>
          <w:b w:val="0"/>
          <w:i w:val="0"/>
        </w:rPr>
        <w:t>☐  Near miss</w:t>
      </w:r>
    </w:p>
    <w:p>
      <w:r>
        <w:rPr>
          <w:b w:val="0"/>
          <w:i w:val="0"/>
        </w:rPr>
        <w:t>☐  Property damage</w:t>
      </w:r>
    </w:p>
    <w:p>
      <w:r>
        <w:rPr>
          <w:b w:val="0"/>
          <w:i w:val="0"/>
        </w:rPr>
        <w:t>☐  Environmental</w:t>
      </w:r>
    </w:p>
    <w:p>
      <w:r>
        <w:rPr>
          <w:b w:val="0"/>
          <w:i w:val="0"/>
        </w:rPr>
        <w:t>☐  Security</w:t>
      </w:r>
    </w:p>
    <w:p>
      <w:r>
        <w:rPr>
          <w:b w:val="0"/>
          <w:i w:val="0"/>
        </w:rPr>
        <w:t>☐  Other: ______</w:t>
      </w:r>
    </w:p>
    <w:p>
      <w:r>
        <w:rPr>
          <w:b/>
          <w:i w:val="0"/>
          <w:sz w:val="26"/>
        </w:rPr>
        <w:t>People involved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color="auto" w:fill="5b4b8a"/>
          </w:tcPr>
          <w:p>
            <w:r>
              <w:rPr>
                <w:b/>
                <w:i w:val="0"/>
                <w:color w:val="FFFFFF"/>
                <w:sz w:val="19"/>
              </w:rPr>
              <w:t>Name</w:t>
            </w:r>
          </w:p>
        </w:tc>
        <w:tc>
          <w:tcPr>
            <w:tcW w:type="dxa" w:w="2628"/>
            <w:shd w:val="clear" w:color="auto" w:fill="5b4b8a"/>
          </w:tcPr>
          <w:p>
            <w:r>
              <w:rPr>
                <w:b/>
                <w:i w:val="0"/>
                <w:color w:val="FFFFFF"/>
                <w:sz w:val="19"/>
              </w:rPr>
              <w:t>Role</w:t>
            </w:r>
          </w:p>
        </w:tc>
        <w:tc>
          <w:tcPr>
            <w:tcW w:type="dxa" w:w="2628"/>
            <w:shd w:val="clear" w:color="auto" w:fill="5b4b8a"/>
          </w:tcPr>
          <w:p>
            <w:r>
              <w:rPr>
                <w:b/>
                <w:i w:val="0"/>
                <w:color w:val="FFFFFF"/>
                <w:sz w:val="19"/>
              </w:rPr>
              <w:t>Employee / contractor / visitor</w:t>
            </w:r>
          </w:p>
        </w:tc>
        <w:tc>
          <w:tcPr>
            <w:tcW w:type="dxa" w:w="2628"/>
            <w:shd w:val="clear" w:color="auto" w:fill="5b4b8a"/>
          </w:tcPr>
          <w:p>
            <w:r>
              <w:rPr>
                <w:b/>
                <w:i w:val="0"/>
                <w:color w:val="FFFFFF"/>
                <w:sz w:val="19"/>
              </w:rPr>
              <w:t>Contact</w:t>
            </w:r>
          </w:p>
        </w:tc>
      </w:tr>
      <w:tr>
        <w:tc>
          <w:tcPr>
            <w:tcW w:type="dxa" w:w="2628"/>
          </w:tcPr>
          <w:p/>
        </w:tc>
        <w:tc>
          <w:tcPr>
            <w:tcW w:type="dxa" w:w="2628"/>
          </w:tcPr>
          <w:p/>
        </w:tc>
        <w:tc>
          <w:tcPr>
            <w:tcW w:type="dxa" w:w="2628"/>
          </w:tcPr>
          <w:p/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/>
        </w:tc>
        <w:tc>
          <w:tcPr>
            <w:tcW w:type="dxa" w:w="2628"/>
          </w:tcPr>
          <w:p/>
        </w:tc>
        <w:tc>
          <w:tcPr>
            <w:tcW w:type="dxa" w:w="2628"/>
          </w:tcPr>
          <w:p/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/>
        </w:tc>
        <w:tc>
          <w:tcPr>
            <w:tcW w:type="dxa" w:w="2628"/>
          </w:tcPr>
          <w:p/>
        </w:tc>
        <w:tc>
          <w:tcPr>
            <w:tcW w:type="dxa" w:w="2628"/>
          </w:tcPr>
          <w:p/>
        </w:tc>
        <w:tc>
          <w:tcPr>
            <w:tcW w:type="dxa" w:w="2628"/>
          </w:tcPr>
          <w:p/>
        </w:tc>
      </w:tr>
    </w:tbl>
    <w:p/>
    <w:p>
      <w:r>
        <w:rPr>
          <w:b/>
          <w:i w:val="0"/>
          <w:sz w:val="26"/>
        </w:rPr>
        <w:t>What happened (facts, in order)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keepNext/>
        <w:pageBreakBefore/>
      </w:pPr>
      <w:r>
        <w:rPr>
          <w:b/>
          <w:i w:val="0"/>
          <w:sz w:val="26"/>
        </w:rPr>
        <w:t>Injuries and treatment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rPr>
          <w:b/>
          <w:i w:val="0"/>
          <w:sz w:val="26"/>
        </w:rPr>
        <w:t>Immediate actions taken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rPr>
          <w:b/>
          <w:i w:val="0"/>
          <w:sz w:val="26"/>
        </w:rPr>
        <w:t>Witnesses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  <w:i w:val="0"/>
              </w:rPr>
              <w:t>Signature</w:t>
            </w:r>
          </w:p>
        </w:tc>
        <w:tc>
          <w:tcPr>
            <w:tcW w:type="dxa" w:w="2628"/>
            <w:tcBorders>
              <w:bottom w:val="single" w:sz="6" w:color="9AA7AC"/>
            </w:tcBorders>
          </w:tcPr>
          <w:p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2628"/>
          </w:tcPr>
          <w:p>
            <w:r>
              <w:rPr>
                <w:b/>
                <w:i w:val="0"/>
              </w:rPr>
              <w:t>Supervisor notified (name/time)</w:t>
            </w:r>
          </w:p>
        </w:tc>
        <w:tc>
          <w:tcPr>
            <w:tcW w:type="dxa" w:w="2628"/>
            <w:tcBorders>
              <w:bottom w:val="single" w:sz="6" w:color="9AA7AC"/>
            </w:tcBorders>
          </w:tcPr>
          <w:p>
            <w:r>
              <w:rPr>
                <w:b w:val="0"/>
                <w:i w:val="0"/>
              </w:rPr>
              <w:t xml:space="preserve"> </w:t>
            </w:r>
          </w:p>
        </w:tc>
      </w:tr>
    </w:tbl>
    <w:p/>
    <w:p>
      <w:pPr>
        <w:pStyle w:val="Heading2"/>
      </w:pPr>
      <w:r>
        <w:t>Notes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7A878C"/>
        <w:sz w:val="15"/>
      </w:rPr>
      <w:t>Incident Report Template Pack · Bocasell.com · Personal and small-business use; please do not resell or share the files.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 form (DOCX, PDF)</dc:title>
  <dc:subject/>
  <dc:creator>Bocasell.com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